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74109" w14:textId="77777777" w:rsidR="00C11C00" w:rsidRDefault="00AD7903">
      <w:pPr>
        <w:spacing w:after="40"/>
        <w:jc w:val="center"/>
      </w:pPr>
      <w:r>
        <w:rPr>
          <w:rFonts w:ascii="Calibri" w:hAnsi="Calibri"/>
          <w:b/>
          <w:color w:val="505050"/>
          <w:sz w:val="26"/>
        </w:rPr>
        <w:t>COUNTY GOVERNMENT OF MOMBASA</w:t>
      </w:r>
    </w:p>
    <w:p w14:paraId="0CC6B48A" w14:textId="77777777" w:rsidR="00C11C00" w:rsidRDefault="00AD7903">
      <w:pPr>
        <w:spacing w:after="40"/>
        <w:jc w:val="center"/>
      </w:pPr>
      <w:r>
        <w:rPr>
          <w:rFonts w:ascii="Calibri" w:hAnsi="Calibri"/>
          <w:b/>
          <w:color w:val="004D66"/>
          <w:sz w:val="32"/>
        </w:rPr>
        <w:t>YOUTH CLIMATE ACTION FUND (YCAF)</w:t>
      </w:r>
    </w:p>
    <w:p w14:paraId="3E08C370" w14:textId="77777777" w:rsidR="00C11C00" w:rsidRDefault="00AD7903">
      <w:pPr>
        <w:spacing w:after="160"/>
        <w:jc w:val="center"/>
      </w:pPr>
      <w:r>
        <w:rPr>
          <w:rFonts w:ascii="Calibri" w:hAnsi="Calibri"/>
          <w:b/>
          <w:color w:val="B45000"/>
          <w:sz w:val="28"/>
        </w:rPr>
        <w:t>DATA PROTECTION CONSENT &amp; PARENTAL AUTHORIZATION FORM</w:t>
      </w:r>
    </w:p>
    <w:p w14:paraId="713E6717" w14:textId="77777777" w:rsidR="00C11C00" w:rsidRDefault="00AD7903">
      <w:pPr>
        <w:spacing w:after="280"/>
        <w:jc w:val="center"/>
      </w:pPr>
      <w:r>
        <w:rPr>
          <w:rFonts w:ascii="Calibri" w:hAnsi="Calibri"/>
          <w:i/>
          <w:color w:val="646464"/>
          <w:sz w:val="20"/>
        </w:rPr>
        <w:t>Required under Sections 32 and 33 of the Kenya Data Protection Act, 2019</w:t>
      </w:r>
    </w:p>
    <w:p w14:paraId="0205E188" w14:textId="77777777" w:rsidR="00C11C00" w:rsidRDefault="00AD7903">
      <w:pPr>
        <w:keepNext/>
        <w:spacing w:before="280" w:after="120"/>
      </w:pPr>
      <w:r>
        <w:rPr>
          <w:rFonts w:ascii="Calibri" w:hAnsi="Calibri"/>
          <w:b/>
          <w:color w:val="004D66"/>
          <w:sz w:val="28"/>
        </w:rPr>
        <w:t>SECTION A: APPLICANT CONSENT (For All Applicants Aged 15–24)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4896"/>
      </w:tblGrid>
      <w:tr w:rsidR="00C11C00" w14:paraId="750BF924" w14:textId="77777777">
        <w:trPr>
          <w:jc w:val="center"/>
        </w:trPr>
        <w:tc>
          <w:tcPr>
            <w:tcW w:w="4752" w:type="dxa"/>
            <w:shd w:val="clear" w:color="auto" w:fill="F9FB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A9E1C5" w14:textId="77777777" w:rsidR="00C11C00" w:rsidRDefault="00AD7903">
            <w:pPr>
              <w:spacing w:after="40"/>
            </w:pPr>
            <w:r>
              <w:rPr>
                <w:rFonts w:ascii="Calibri" w:hAnsi="Calibri"/>
                <w:color w:val="282828"/>
                <w:sz w:val="20"/>
              </w:rPr>
              <w:t>Applicant Full Name:</w:t>
            </w:r>
          </w:p>
        </w:tc>
        <w:tc>
          <w:tcPr>
            <w:tcW w:w="4896" w:type="dxa"/>
            <w:shd w:val="clear" w:color="auto" w:fill="F9FB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47015C" w14:textId="77777777" w:rsidR="00C11C00" w:rsidRDefault="00AD7903">
            <w:pPr>
              <w:spacing w:after="40"/>
            </w:pPr>
            <w:r>
              <w:rPr>
                <w:rFonts w:ascii="Calibri" w:hAnsi="Calibri"/>
                <w:color w:val="282828"/>
                <w:sz w:val="20"/>
              </w:rPr>
              <w:t>__________________________________________________</w:t>
            </w:r>
          </w:p>
        </w:tc>
      </w:tr>
      <w:tr w:rsidR="00C11C00" w14:paraId="2187B185" w14:textId="77777777">
        <w:trPr>
          <w:jc w:val="center"/>
        </w:trPr>
        <w:tc>
          <w:tcPr>
            <w:tcW w:w="4752" w:type="dxa"/>
            <w:shd w:val="clear" w:color="auto" w:fill="F9FB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61C84C" w14:textId="77777777" w:rsidR="00C11C00" w:rsidRDefault="00AD7903">
            <w:pPr>
              <w:spacing w:after="40"/>
            </w:pPr>
            <w:r>
              <w:rPr>
                <w:rFonts w:ascii="Calibri" w:hAnsi="Calibri"/>
                <w:color w:val="282828"/>
                <w:sz w:val="20"/>
              </w:rPr>
              <w:t>Date of Birth (DD/MM/YYYY): ____________</w:t>
            </w:r>
          </w:p>
        </w:tc>
        <w:tc>
          <w:tcPr>
            <w:tcW w:w="4896" w:type="dxa"/>
            <w:shd w:val="clear" w:color="auto" w:fill="F9FB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4DECF1" w14:textId="77777777" w:rsidR="00C11C00" w:rsidRDefault="00AD7903">
            <w:pPr>
              <w:spacing w:after="40"/>
            </w:pPr>
            <w:r>
              <w:rPr>
                <w:rFonts w:ascii="Calibri" w:hAnsi="Calibri"/>
                <w:color w:val="282828"/>
                <w:sz w:val="20"/>
              </w:rPr>
              <w:t>Age: ________ years</w:t>
            </w:r>
          </w:p>
        </w:tc>
      </w:tr>
      <w:tr w:rsidR="00C11C00" w14:paraId="3AF2077C" w14:textId="77777777">
        <w:trPr>
          <w:jc w:val="center"/>
        </w:trPr>
        <w:tc>
          <w:tcPr>
            <w:tcW w:w="4752" w:type="dxa"/>
            <w:shd w:val="clear" w:color="auto" w:fill="F9FB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B1F83B" w14:textId="77777777" w:rsidR="00C11C00" w:rsidRDefault="00AD7903">
            <w:pPr>
              <w:spacing w:after="40"/>
            </w:pPr>
            <w:r>
              <w:rPr>
                <w:rFonts w:ascii="Calibri" w:hAnsi="Calibri"/>
                <w:color w:val="282828"/>
                <w:sz w:val="20"/>
              </w:rPr>
              <w:t>National ID / Passport / Student ID No.:</w:t>
            </w:r>
          </w:p>
        </w:tc>
        <w:tc>
          <w:tcPr>
            <w:tcW w:w="4896" w:type="dxa"/>
            <w:shd w:val="clear" w:color="auto" w:fill="F9FB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8CE31F" w14:textId="77777777" w:rsidR="00C11C00" w:rsidRDefault="00AD7903">
            <w:pPr>
              <w:spacing w:after="40"/>
            </w:pPr>
            <w:r>
              <w:rPr>
                <w:rFonts w:ascii="Calibri" w:hAnsi="Calibri"/>
                <w:color w:val="282828"/>
                <w:sz w:val="20"/>
              </w:rPr>
              <w:t>__________________________________________________</w:t>
            </w:r>
          </w:p>
        </w:tc>
      </w:tr>
      <w:tr w:rsidR="00C11C00" w14:paraId="11C2093A" w14:textId="77777777">
        <w:trPr>
          <w:jc w:val="center"/>
        </w:trPr>
        <w:tc>
          <w:tcPr>
            <w:tcW w:w="4752" w:type="dxa"/>
            <w:shd w:val="clear" w:color="auto" w:fill="F9FB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15F71C" w14:textId="77777777" w:rsidR="00C11C00" w:rsidRDefault="00AD7903">
            <w:pPr>
              <w:spacing w:after="40"/>
            </w:pPr>
            <w:r>
              <w:rPr>
                <w:rFonts w:ascii="Calibri" w:hAnsi="Calibri"/>
                <w:color w:val="282828"/>
                <w:sz w:val="20"/>
              </w:rPr>
              <w:t>Email Address: __________________________</w:t>
            </w:r>
          </w:p>
        </w:tc>
        <w:tc>
          <w:tcPr>
            <w:tcW w:w="4896" w:type="dxa"/>
            <w:shd w:val="clear" w:color="auto" w:fill="F9FB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B5EFEC" w14:textId="77777777" w:rsidR="00C11C00" w:rsidRDefault="00AD7903">
            <w:pPr>
              <w:spacing w:after="40"/>
            </w:pPr>
            <w:r>
              <w:rPr>
                <w:rFonts w:ascii="Calibri" w:hAnsi="Calibri"/>
                <w:color w:val="282828"/>
                <w:sz w:val="20"/>
              </w:rPr>
              <w:t>Phone Number: ________________________</w:t>
            </w:r>
          </w:p>
        </w:tc>
      </w:tr>
    </w:tbl>
    <w:p w14:paraId="5BE8BD67" w14:textId="77777777" w:rsidR="00C11C00" w:rsidRDefault="00C11C00">
      <w:pPr>
        <w:spacing w:after="120"/>
      </w:pPr>
    </w:p>
    <w:p w14:paraId="0AB6EF43" w14:textId="77777777" w:rsidR="00C11C00" w:rsidRDefault="00AD7903">
      <w:r>
        <w:rPr>
          <w:rFonts w:ascii="Calibri" w:hAnsi="Calibri"/>
          <w:b/>
          <w:sz w:val="21"/>
        </w:rPr>
        <w:t xml:space="preserve">Project / Organization Name: </w:t>
      </w:r>
      <w:r>
        <w:rPr>
          <w:rFonts w:ascii="Calibri" w:hAnsi="Calibri"/>
        </w:rPr>
        <w:t>__________________________________________________________________________</w:t>
      </w:r>
    </w:p>
    <w:p w14:paraId="2705A4D3" w14:textId="77777777" w:rsidR="00C11C00" w:rsidRDefault="00AD7903">
      <w:pPr>
        <w:spacing w:after="120"/>
      </w:pPr>
      <w:r>
        <w:rPr>
          <w:rFonts w:ascii="Calibri" w:hAnsi="Calibri"/>
          <w:color w:val="282828"/>
        </w:rPr>
        <w:t>By checking the boxes below and signing this form, I explicitly agree to the following terms:</w:t>
      </w:r>
    </w:p>
    <w:p w14:paraId="1E90F112" w14:textId="77777777" w:rsidR="00C11C00" w:rsidRDefault="00AD7903">
      <w:pPr>
        <w:spacing w:after="120"/>
        <w:ind w:left="288"/>
      </w:pPr>
      <w:r>
        <w:rPr>
          <w:rFonts w:ascii="Calibri" w:hAnsi="Calibri"/>
          <w:b/>
          <w:color w:val="004D66"/>
          <w:sz w:val="24"/>
        </w:rPr>
        <w:t>☐</w:t>
      </w:r>
      <w:r>
        <w:rPr>
          <w:rFonts w:ascii="Calibri" w:hAnsi="Calibri"/>
          <w:b/>
          <w:color w:val="004D66"/>
          <w:sz w:val="24"/>
        </w:rPr>
        <w:t xml:space="preserve">  </w:t>
      </w:r>
      <w:r>
        <w:rPr>
          <w:rFonts w:ascii="Calibri" w:hAnsi="Calibri"/>
          <w:b/>
          <w:sz w:val="21"/>
        </w:rPr>
        <w:t xml:space="preserve">Data Collection &amp; Grant Evaluation: </w:t>
      </w:r>
      <w:r>
        <w:rPr>
          <w:rFonts w:ascii="Calibri" w:hAnsi="Calibri"/>
          <w:color w:val="323232"/>
          <w:sz w:val="21"/>
        </w:rPr>
        <w:t>I consent to the County Government of Mombasa collecting and processing my identity, contact, and project information to evaluate my application for the YCAF microgrant program.</w:t>
      </w:r>
    </w:p>
    <w:p w14:paraId="397CFEC7" w14:textId="77777777" w:rsidR="00C11C00" w:rsidRDefault="00AD7903">
      <w:pPr>
        <w:spacing w:after="120"/>
        <w:ind w:left="288"/>
      </w:pPr>
      <w:r>
        <w:rPr>
          <w:rFonts w:ascii="Calibri" w:hAnsi="Calibri"/>
          <w:b/>
          <w:color w:val="004D66"/>
          <w:sz w:val="24"/>
        </w:rPr>
        <w:t>☐</w:t>
      </w:r>
      <w:r>
        <w:rPr>
          <w:rFonts w:ascii="Calibri" w:hAnsi="Calibri"/>
          <w:b/>
          <w:color w:val="004D66"/>
          <w:sz w:val="24"/>
        </w:rPr>
        <w:t xml:space="preserve">  </w:t>
      </w:r>
      <w:r>
        <w:rPr>
          <w:rFonts w:ascii="Calibri" w:hAnsi="Calibri"/>
          <w:b/>
          <w:sz w:val="21"/>
        </w:rPr>
        <w:t xml:space="preserve">Media &amp; Public Amplification: </w:t>
      </w:r>
      <w:r>
        <w:rPr>
          <w:rFonts w:ascii="Calibri" w:hAnsi="Calibri"/>
          <w:color w:val="323232"/>
          <w:sz w:val="21"/>
        </w:rPr>
        <w:t>I consent to the taking and publication of photos, quotes, and video recordings featuring me during program activities, workshops, or mayoral events for public awareness, press releases, and social media.</w:t>
      </w:r>
    </w:p>
    <w:p w14:paraId="0B46FDD3" w14:textId="77777777" w:rsidR="00C11C00" w:rsidRDefault="00AD7903">
      <w:pPr>
        <w:spacing w:after="120"/>
        <w:ind w:left="288"/>
      </w:pPr>
      <w:r>
        <w:rPr>
          <w:rFonts w:ascii="Calibri" w:hAnsi="Calibri"/>
          <w:b/>
          <w:color w:val="004D66"/>
          <w:sz w:val="24"/>
        </w:rPr>
        <w:t>☐</w:t>
      </w:r>
      <w:r>
        <w:rPr>
          <w:rFonts w:ascii="Calibri" w:hAnsi="Calibri"/>
          <w:b/>
          <w:color w:val="004D66"/>
          <w:sz w:val="24"/>
        </w:rPr>
        <w:t xml:space="preserve">  </w:t>
      </w:r>
      <w:r>
        <w:rPr>
          <w:rFonts w:ascii="Calibri" w:hAnsi="Calibri"/>
          <w:b/>
          <w:sz w:val="21"/>
        </w:rPr>
        <w:t xml:space="preserve">De-identified Data &amp; AI Processing: </w:t>
      </w:r>
      <w:r>
        <w:rPr>
          <w:rFonts w:ascii="Calibri" w:hAnsi="Calibri"/>
          <w:color w:val="323232"/>
          <w:sz w:val="21"/>
        </w:rPr>
        <w:t>I acknowledge and consent that submission data will be de-identified (all personal identifiers removed) and may be used for program improvement, reporting, and non-decisional AI systems training.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048"/>
        <w:gridCol w:w="3600"/>
      </w:tblGrid>
      <w:tr w:rsidR="00C11C00" w14:paraId="284165E6" w14:textId="77777777">
        <w:trPr>
          <w:jc w:val="center"/>
        </w:trPr>
        <w:tc>
          <w:tcPr>
            <w:tcW w:w="60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43FD9" w14:textId="77777777" w:rsidR="00C11C00" w:rsidRDefault="00AD7903">
            <w:r>
              <w:rPr>
                <w:rFonts w:ascii="Calibri" w:hAnsi="Calibri"/>
                <w:b/>
                <w:sz w:val="20"/>
              </w:rPr>
              <w:t>Applicant Signature: ___________________________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24A84" w14:textId="77777777" w:rsidR="00C11C00" w:rsidRDefault="00AD7903">
            <w:r>
              <w:rPr>
                <w:rFonts w:ascii="Calibri" w:hAnsi="Calibri"/>
                <w:b/>
                <w:sz w:val="20"/>
              </w:rPr>
              <w:t>Date (DD/MM/YYYY): ___________________</w:t>
            </w:r>
          </w:p>
        </w:tc>
      </w:tr>
    </w:tbl>
    <w:p w14:paraId="6FEEE804" w14:textId="77777777" w:rsidR="00C11C00" w:rsidRDefault="00C11C00">
      <w:pPr>
        <w:spacing w:after="240"/>
      </w:pPr>
    </w:p>
    <w:p w14:paraId="3B47DBE3" w14:textId="77777777" w:rsidR="00C11C00" w:rsidRDefault="00AD7903">
      <w:pPr>
        <w:keepNext/>
        <w:spacing w:before="280" w:after="120"/>
      </w:pPr>
      <w:r>
        <w:rPr>
          <w:rFonts w:ascii="Calibri" w:hAnsi="Calibri"/>
          <w:b/>
          <w:color w:val="004D66"/>
          <w:sz w:val="28"/>
        </w:rPr>
        <w:t>SECTION B: MANDATORY PARENT / LEGAL GUARDIAN CONSENT</w:t>
      </w:r>
    </w:p>
    <w:p w14:paraId="4ECB65A9" w14:textId="77777777" w:rsidR="00C11C00" w:rsidRDefault="00AD7903">
      <w:pPr>
        <w:spacing w:after="160"/>
      </w:pPr>
      <w:r>
        <w:rPr>
          <w:rFonts w:ascii="Calibri" w:hAnsi="Calibri"/>
          <w:i/>
          <w:color w:val="B45000"/>
          <w:sz w:val="20"/>
        </w:rPr>
        <w:t>(Required ONLY if the Applicant is under 18 years of age pursuant to Section 33 of the Kenya Data Protection Act, 2019)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752"/>
      </w:tblGrid>
      <w:tr w:rsidR="00C11C00" w14:paraId="3C6D5984" w14:textId="77777777">
        <w:trPr>
          <w:jc w:val="center"/>
        </w:trPr>
        <w:tc>
          <w:tcPr>
            <w:tcW w:w="4896" w:type="dxa"/>
            <w:shd w:val="clear" w:color="auto" w:fill="FFFD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07E832" w14:textId="77777777" w:rsidR="00C11C00" w:rsidRDefault="00AD7903">
            <w:pPr>
              <w:spacing w:after="40"/>
            </w:pPr>
            <w:r>
              <w:rPr>
                <w:rFonts w:ascii="Calibri" w:hAnsi="Calibri"/>
                <w:color w:val="282828"/>
                <w:sz w:val="20"/>
              </w:rPr>
              <w:t>Parent / Legal Guardian Full Name:</w:t>
            </w:r>
          </w:p>
        </w:tc>
        <w:tc>
          <w:tcPr>
            <w:tcW w:w="4752" w:type="dxa"/>
            <w:shd w:val="clear" w:color="auto" w:fill="FFFD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63C446" w14:textId="77777777" w:rsidR="00C11C00" w:rsidRDefault="00AD7903">
            <w:pPr>
              <w:spacing w:after="40"/>
            </w:pPr>
            <w:r>
              <w:rPr>
                <w:rFonts w:ascii="Calibri" w:hAnsi="Calibri"/>
                <w:color w:val="282828"/>
                <w:sz w:val="20"/>
              </w:rPr>
              <w:t>__________________________________________________</w:t>
            </w:r>
          </w:p>
        </w:tc>
      </w:tr>
      <w:tr w:rsidR="00C11C00" w14:paraId="110DD550" w14:textId="77777777">
        <w:trPr>
          <w:jc w:val="center"/>
        </w:trPr>
        <w:tc>
          <w:tcPr>
            <w:tcW w:w="4896" w:type="dxa"/>
            <w:shd w:val="clear" w:color="auto" w:fill="FFFD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0FFD9C" w14:textId="77777777" w:rsidR="00C11C00" w:rsidRDefault="00AD7903">
            <w:pPr>
              <w:spacing w:after="40"/>
            </w:pPr>
            <w:r>
              <w:rPr>
                <w:rFonts w:ascii="Calibri" w:hAnsi="Calibri"/>
                <w:color w:val="282828"/>
                <w:sz w:val="20"/>
              </w:rPr>
              <w:t>Relationship to Minor: [  ] Parent   [  ] Legal Guardian</w:t>
            </w:r>
          </w:p>
        </w:tc>
        <w:tc>
          <w:tcPr>
            <w:tcW w:w="4752" w:type="dxa"/>
            <w:shd w:val="clear" w:color="auto" w:fill="FFFD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812FA6" w14:textId="77777777" w:rsidR="00C11C00" w:rsidRDefault="00AD7903">
            <w:pPr>
              <w:spacing w:after="40"/>
            </w:pPr>
            <w:r>
              <w:rPr>
                <w:rFonts w:ascii="Calibri" w:hAnsi="Calibri"/>
                <w:color w:val="282828"/>
                <w:sz w:val="20"/>
              </w:rPr>
              <w:t>National ID / Passport No.: __________________________</w:t>
            </w:r>
          </w:p>
        </w:tc>
      </w:tr>
      <w:tr w:rsidR="00C11C00" w14:paraId="2CB44B6D" w14:textId="77777777">
        <w:trPr>
          <w:jc w:val="center"/>
        </w:trPr>
        <w:tc>
          <w:tcPr>
            <w:tcW w:w="4896" w:type="dxa"/>
            <w:shd w:val="clear" w:color="auto" w:fill="FFFD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BD2804" w14:textId="77777777" w:rsidR="00C11C00" w:rsidRDefault="00AD7903">
            <w:pPr>
              <w:spacing w:after="40"/>
            </w:pPr>
            <w:r>
              <w:rPr>
                <w:rFonts w:ascii="Calibri" w:hAnsi="Calibri"/>
                <w:color w:val="282828"/>
                <w:sz w:val="20"/>
              </w:rPr>
              <w:t>Phone Number: __________________________</w:t>
            </w:r>
          </w:p>
        </w:tc>
        <w:tc>
          <w:tcPr>
            <w:tcW w:w="4752" w:type="dxa"/>
            <w:shd w:val="clear" w:color="auto" w:fill="FFFD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B50602" w14:textId="77777777" w:rsidR="00C11C00" w:rsidRDefault="00AD7903">
            <w:pPr>
              <w:spacing w:after="40"/>
            </w:pPr>
            <w:r>
              <w:rPr>
                <w:rFonts w:ascii="Calibri" w:hAnsi="Calibri"/>
                <w:color w:val="282828"/>
                <w:sz w:val="20"/>
              </w:rPr>
              <w:t>Email Address: ____________________________________</w:t>
            </w:r>
          </w:p>
        </w:tc>
      </w:tr>
    </w:tbl>
    <w:p w14:paraId="1BBE6021" w14:textId="77777777" w:rsidR="00C11C00" w:rsidRDefault="00C11C00">
      <w:pPr>
        <w:spacing w:after="160"/>
      </w:pPr>
    </w:p>
    <w:p w14:paraId="717A890F" w14:textId="77777777" w:rsidR="00C11C00" w:rsidRDefault="00AD7903">
      <w:pPr>
        <w:spacing w:after="120"/>
      </w:pPr>
      <w:r>
        <w:rPr>
          <w:rFonts w:ascii="Calibri" w:hAnsi="Calibri"/>
          <w:color w:val="282828"/>
        </w:rPr>
        <w:t>I confirm that I am the parent/legal guardian of the minor named in Section A. I have read and understood the YCAF Privacy Notice provided above.</w:t>
      </w:r>
    </w:p>
    <w:p w14:paraId="04E8F1B3" w14:textId="77777777" w:rsidR="00C11C00" w:rsidRDefault="00AD7903">
      <w:pPr>
        <w:spacing w:after="120"/>
        <w:ind w:left="288"/>
      </w:pPr>
      <w:r>
        <w:rPr>
          <w:rFonts w:ascii="Calibri" w:hAnsi="Calibri"/>
          <w:b/>
          <w:color w:val="004D66"/>
          <w:sz w:val="24"/>
        </w:rPr>
        <w:t>☐</w:t>
      </w:r>
      <w:r>
        <w:rPr>
          <w:rFonts w:ascii="Calibri" w:hAnsi="Calibri"/>
          <w:b/>
          <w:color w:val="004D66"/>
          <w:sz w:val="24"/>
        </w:rPr>
        <w:t xml:space="preserve">  </w:t>
      </w:r>
      <w:r>
        <w:rPr>
          <w:rFonts w:ascii="Calibri" w:hAnsi="Calibri"/>
          <w:b/>
          <w:sz w:val="21"/>
        </w:rPr>
        <w:t xml:space="preserve">Parental Authorization for Data Processing: </w:t>
      </w:r>
      <w:r>
        <w:rPr>
          <w:rFonts w:ascii="Calibri" w:hAnsi="Calibri"/>
          <w:color w:val="323232"/>
          <w:sz w:val="21"/>
        </w:rPr>
        <w:t>I GIVE CONSENT for the County Government of Mombasa and its authorized partners to collect, store, and process the personal data of my child/ward for the purposes of participating in the Youth Climate Action Fund.</w:t>
      </w:r>
    </w:p>
    <w:p w14:paraId="778D0D0E" w14:textId="77777777" w:rsidR="00C11C00" w:rsidRDefault="00AD7903">
      <w:pPr>
        <w:spacing w:after="120"/>
        <w:ind w:left="288"/>
      </w:pPr>
      <w:r>
        <w:rPr>
          <w:rFonts w:ascii="Calibri" w:hAnsi="Calibri"/>
          <w:b/>
          <w:color w:val="004D66"/>
          <w:sz w:val="24"/>
        </w:rPr>
        <w:t>☐</w:t>
      </w:r>
      <w:r>
        <w:rPr>
          <w:rFonts w:ascii="Calibri" w:hAnsi="Calibri"/>
          <w:b/>
          <w:color w:val="004D66"/>
          <w:sz w:val="24"/>
        </w:rPr>
        <w:t xml:space="preserve">  </w:t>
      </w:r>
      <w:r>
        <w:rPr>
          <w:rFonts w:ascii="Calibri" w:hAnsi="Calibri"/>
          <w:b/>
          <w:sz w:val="21"/>
        </w:rPr>
        <w:t xml:space="preserve">Parental Authorization for Media Use: </w:t>
      </w:r>
      <w:r>
        <w:rPr>
          <w:rFonts w:ascii="Calibri" w:hAnsi="Calibri"/>
          <w:color w:val="323232"/>
          <w:sz w:val="21"/>
        </w:rPr>
        <w:t>I GIVE CONSENT for audio-visual media (photographs, video clips, and quotes) of my child/ward to be taken and used for promotional and reporting purposes.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048"/>
        <w:gridCol w:w="3600"/>
      </w:tblGrid>
      <w:tr w:rsidR="00C11C00" w14:paraId="66DB73C1" w14:textId="77777777">
        <w:trPr>
          <w:jc w:val="center"/>
        </w:trPr>
        <w:tc>
          <w:tcPr>
            <w:tcW w:w="60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AD8A7" w14:textId="77777777" w:rsidR="00C11C00" w:rsidRDefault="00AD7903">
            <w:r>
              <w:rPr>
                <w:rFonts w:ascii="Calibri" w:hAnsi="Calibri"/>
                <w:b/>
                <w:sz w:val="20"/>
              </w:rPr>
              <w:t>Parent/Guardian Signature: _______________________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6878F" w14:textId="77777777" w:rsidR="00C11C00" w:rsidRDefault="00AD7903">
            <w:r>
              <w:rPr>
                <w:rFonts w:ascii="Calibri" w:hAnsi="Calibri"/>
                <w:b/>
                <w:sz w:val="20"/>
              </w:rPr>
              <w:t>Date (DD/MM/YYYY): ___________________</w:t>
            </w:r>
          </w:p>
        </w:tc>
      </w:tr>
    </w:tbl>
    <w:p w14:paraId="0BF4A828" w14:textId="77777777" w:rsidR="00AD7903" w:rsidRDefault="00AD7903"/>
    <w:sectPr w:rsidR="00000000" w:rsidSect="00034616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1940110">
    <w:abstractNumId w:val="8"/>
  </w:num>
  <w:num w:numId="2" w16cid:durableId="892883606">
    <w:abstractNumId w:val="6"/>
  </w:num>
  <w:num w:numId="3" w16cid:durableId="774785645">
    <w:abstractNumId w:val="5"/>
  </w:num>
  <w:num w:numId="4" w16cid:durableId="2039307685">
    <w:abstractNumId w:val="4"/>
  </w:num>
  <w:num w:numId="5" w16cid:durableId="218366083">
    <w:abstractNumId w:val="7"/>
  </w:num>
  <w:num w:numId="6" w16cid:durableId="1285388067">
    <w:abstractNumId w:val="3"/>
  </w:num>
  <w:num w:numId="7" w16cid:durableId="1634674030">
    <w:abstractNumId w:val="2"/>
  </w:num>
  <w:num w:numId="8" w16cid:durableId="292489892">
    <w:abstractNumId w:val="1"/>
  </w:num>
  <w:num w:numId="9" w16cid:durableId="1769110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61073"/>
    <w:rsid w:val="00AA1D8D"/>
    <w:rsid w:val="00AD7903"/>
    <w:rsid w:val="00B47730"/>
    <w:rsid w:val="00C11C0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B93C82"/>
  <w14:defaultImageDpi w14:val="300"/>
  <w15:docId w15:val="{1C3C51C1-58C4-5941-B014-60E0C4A77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Kimkung Dodi</cp:lastModifiedBy>
  <cp:revision>2</cp:revision>
  <dcterms:created xsi:type="dcterms:W3CDTF">2026-08-08T17:01:00Z</dcterms:created>
  <dcterms:modified xsi:type="dcterms:W3CDTF">2026-08-08T17:01:00Z</dcterms:modified>
  <cp:category/>
</cp:coreProperties>
</file>